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Poepserieus</w:t>
      </w:r>
    </w:p>
    <w:p>
      <w:r>
        <w:t>Je leven staat even stil wanneer je slecht nieuws krijgt. Tegelijkertijd raast het verleden in sneltreinvaart aan je voorbij. Al snel komt die ene vraag op:</w:t>
      </w:r>
    </w:p>
    <w:p>
      <w:r>
        <w:t>Wat als…?</w:t>
      </w:r>
    </w:p>
    <w:p>
      <w:r>
        <w:t>Gisteren overheerste de paniek. Vandaag is die iets afgenomen. Je beseft dat je het leven niet kunt voorspellen. Alles lijkt al vast te liggen vanaf de dag dat je wordt geboren. Ons DNA wordt doorgegeven en soms voelt het alsof ook onze gezondheid daarin besloten ligt.</w:t>
      </w:r>
    </w:p>
    <w:p>
      <w:r>
        <w:t>Terwijl ik dit schrijf, moet ik voor de tweede keer naar het toilet. Ik leg mijn pen even neer.</w:t>
      </w:r>
    </w:p>
    <w:p>
      <w:r>
        <w:t>Gelukkig valt het mee. Geen slijm, gewoon ontlasting. Inmiddels is het de derde keer vandaag, maar dat is op zichzelf geen record. Ik voel opluchting, maar toch blijft die ene vraag door mijn hoofd spoken:</w:t>
      </w:r>
    </w:p>
    <w:p>
      <w:r>
        <w:t>Wat als…?</w:t>
      </w:r>
    </w:p>
    <w:p>
      <w:r>
        <w:t>Dit krijgt onvermijdelijk een plek in mijn leven, tussen mijn gezin en mijn dieren. Niet gemakkelijk, maar wel iets waarmee ik zal moeten leren omgaan.</w:t>
      </w:r>
    </w:p>
    <w:p>
      <w:r>
        <w:t>Gisteren, 15 juli, kreeg ik een vraag die alles veranderde:</w:t>
      </w:r>
    </w:p>
    <w:p>
      <w:r>
        <w:t>Heb ik darmkanker?</w:t>
      </w:r>
    </w:p>
    <w:p>
      <w:r>
        <w:t>Het antwoord is er nog niet.</w:t>
      </w:r>
    </w:p>
    <w:p>
      <w:r>
        <w:t>Dat moet de tijd uitwijzen.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